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37BB2" w14:textId="5E7F7B67" w:rsidR="00B17D15" w:rsidRDefault="001D3799">
      <w:pPr>
        <w:jc w:val="right"/>
      </w:pPr>
      <w:r>
        <w:rPr>
          <w:noProof/>
          <w:sz w:val="20"/>
        </w:rPr>
        <w:drawing>
          <wp:anchor distT="0" distB="0" distL="114300" distR="114300" simplePos="0" relativeHeight="251658240" behindDoc="0" locked="0" layoutInCell="1" allowOverlap="1" wp14:anchorId="5BAE04FE" wp14:editId="72FB0535">
            <wp:simplePos x="0" y="0"/>
            <wp:positionH relativeFrom="column">
              <wp:posOffset>220980</wp:posOffset>
            </wp:positionH>
            <wp:positionV relativeFrom="paragraph">
              <wp:posOffset>-179070</wp:posOffset>
            </wp:positionV>
            <wp:extent cx="1524000" cy="542544"/>
            <wp:effectExtent l="0" t="0" r="0" b="0"/>
            <wp:wrapNone/>
            <wp:docPr id="177144219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144219" name="Slika 17714421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5425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3306D">
        <w:rPr>
          <w:b/>
          <w:color w:val="ED1C24"/>
          <w:sz w:val="24"/>
        </w:rPr>
        <w:t>HRVATSKI BADMINTONSKI SAVEZ</w:t>
      </w:r>
      <w:r w:rsidR="00D3306D">
        <w:rPr>
          <w:b/>
          <w:color w:val="ED1C24"/>
          <w:sz w:val="24"/>
        </w:rPr>
        <w:br/>
      </w:r>
      <w:r w:rsidR="00D3306D">
        <w:rPr>
          <w:sz w:val="20"/>
        </w:rPr>
        <w:t>CROATIAN BADMINTON ASSOCIATION</w:t>
      </w:r>
    </w:p>
    <w:p w14:paraId="27ED29BE" w14:textId="77777777" w:rsidR="00B17D15" w:rsidRPr="001D3799" w:rsidRDefault="00D3306D">
      <w:pPr>
        <w:spacing w:before="400" w:after="400"/>
        <w:jc w:val="center"/>
        <w:rPr>
          <w:color w:val="auto"/>
        </w:rPr>
      </w:pPr>
      <w:r w:rsidRPr="001D3799">
        <w:rPr>
          <w:b/>
          <w:color w:val="auto"/>
          <w:sz w:val="36"/>
        </w:rPr>
        <w:t>OBRAZAC ZA JAVNU RASPRAVU</w:t>
      </w:r>
    </w:p>
    <w:p w14:paraId="50671BD7" w14:textId="77777777" w:rsidR="00B17D15" w:rsidRDefault="00D3306D">
      <w:pPr>
        <w:spacing w:after="300"/>
      </w:pPr>
      <w:r>
        <w:rPr>
          <w:b/>
        </w:rPr>
        <w:t xml:space="preserve">Predmet javne rasprave: </w:t>
      </w:r>
      <w:r>
        <w:t>____________________________________________________</w:t>
      </w:r>
    </w:p>
    <w:p w14:paraId="1EA3DB54" w14:textId="77777777" w:rsidR="00B17D15" w:rsidRDefault="00D3306D">
      <w:pPr>
        <w:spacing w:after="120"/>
      </w:pPr>
      <w:r>
        <w:rPr>
          <w:b/>
          <w:sz w:val="24"/>
        </w:rPr>
        <w:t>Podaci o podnositelju (fizička osoba):</w:t>
      </w:r>
    </w:p>
    <w:tbl>
      <w:tblPr>
        <w:tblW w:w="0" w:type="auto"/>
        <w:jc w:val="center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ook w:val="04A0" w:firstRow="1" w:lastRow="0" w:firstColumn="1" w:lastColumn="0" w:noHBand="0" w:noVBand="1"/>
      </w:tblPr>
      <w:tblGrid>
        <w:gridCol w:w="2880"/>
        <w:gridCol w:w="6480"/>
      </w:tblGrid>
      <w:tr w:rsidR="00B17D15" w14:paraId="3F38311F" w14:textId="77777777">
        <w:trPr>
          <w:jc w:val="center"/>
        </w:trPr>
        <w:tc>
          <w:tcPr>
            <w:tcW w:w="2880" w:type="dxa"/>
            <w:shd w:val="clear" w:color="auto" w:fill="F2F2F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F21DF4A" w14:textId="77777777" w:rsidR="00B17D15" w:rsidRDefault="00D3306D">
            <w:r>
              <w:rPr>
                <w:b/>
                <w:sz w:val="20"/>
              </w:rPr>
              <w:t>IME I PREZIME:</w:t>
            </w:r>
          </w:p>
        </w:tc>
        <w:tc>
          <w:tcPr>
            <w:tcW w:w="648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17FCF16" w14:textId="77777777" w:rsidR="00B17D15" w:rsidRDefault="00B17D15"/>
        </w:tc>
      </w:tr>
      <w:tr w:rsidR="00B17D15" w14:paraId="773E544B" w14:textId="77777777">
        <w:trPr>
          <w:jc w:val="center"/>
        </w:trPr>
        <w:tc>
          <w:tcPr>
            <w:tcW w:w="2880" w:type="dxa"/>
            <w:shd w:val="clear" w:color="auto" w:fill="F2F2F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9C13997" w14:textId="77777777" w:rsidR="00B17D15" w:rsidRDefault="00D3306D">
            <w:r>
              <w:rPr>
                <w:b/>
                <w:sz w:val="20"/>
              </w:rPr>
              <w:t>OIB:</w:t>
            </w:r>
          </w:p>
        </w:tc>
        <w:tc>
          <w:tcPr>
            <w:tcW w:w="648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4CB5310" w14:textId="77777777" w:rsidR="00B17D15" w:rsidRDefault="00B17D15"/>
        </w:tc>
      </w:tr>
    </w:tbl>
    <w:p w14:paraId="2D34A607" w14:textId="77777777" w:rsidR="00B17D15" w:rsidRDefault="00D3306D">
      <w:pPr>
        <w:spacing w:after="300"/>
      </w:pPr>
      <w:r>
        <w:rPr>
          <w:i/>
          <w:sz w:val="18"/>
        </w:rPr>
        <w:t>*podaci o podnositelju neće biti javno objavljeni u Izvješću, osim inicijala imena i prezimena</w:t>
      </w:r>
    </w:p>
    <w:p w14:paraId="57D219DB" w14:textId="77777777" w:rsidR="00B17D15" w:rsidRDefault="00D3306D">
      <w:pPr>
        <w:spacing w:after="120"/>
      </w:pPr>
      <w:r>
        <w:rPr>
          <w:b/>
          <w:sz w:val="24"/>
        </w:rPr>
        <w:t>Podaci o podnositelju (pravna osoba):</w:t>
      </w:r>
    </w:p>
    <w:tbl>
      <w:tblPr>
        <w:tblW w:w="0" w:type="auto"/>
        <w:jc w:val="center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ook w:val="04A0" w:firstRow="1" w:lastRow="0" w:firstColumn="1" w:lastColumn="0" w:noHBand="0" w:noVBand="1"/>
      </w:tblPr>
      <w:tblGrid>
        <w:gridCol w:w="2880"/>
        <w:gridCol w:w="6480"/>
      </w:tblGrid>
      <w:tr w:rsidR="00B17D15" w14:paraId="7B73E9BB" w14:textId="77777777">
        <w:trPr>
          <w:jc w:val="center"/>
        </w:trPr>
        <w:tc>
          <w:tcPr>
            <w:tcW w:w="2880" w:type="dxa"/>
            <w:shd w:val="clear" w:color="auto" w:fill="F2F2F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236D30E" w14:textId="77777777" w:rsidR="00B17D15" w:rsidRDefault="00D3306D">
            <w:r>
              <w:rPr>
                <w:b/>
                <w:sz w:val="20"/>
              </w:rPr>
              <w:t>NAZIV:</w:t>
            </w:r>
          </w:p>
        </w:tc>
        <w:tc>
          <w:tcPr>
            <w:tcW w:w="648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C4B9A85" w14:textId="77777777" w:rsidR="00B17D15" w:rsidRDefault="00B17D15"/>
        </w:tc>
      </w:tr>
      <w:tr w:rsidR="00B17D15" w14:paraId="02B1C2CB" w14:textId="77777777">
        <w:trPr>
          <w:jc w:val="center"/>
        </w:trPr>
        <w:tc>
          <w:tcPr>
            <w:tcW w:w="2880" w:type="dxa"/>
            <w:shd w:val="clear" w:color="auto" w:fill="F2F2F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8DAB03C" w14:textId="77777777" w:rsidR="00B17D15" w:rsidRDefault="00D3306D">
            <w:r>
              <w:rPr>
                <w:b/>
                <w:sz w:val="20"/>
              </w:rPr>
              <w:t>OIB:</w:t>
            </w:r>
          </w:p>
        </w:tc>
        <w:tc>
          <w:tcPr>
            <w:tcW w:w="6480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8A7A6AA" w14:textId="77777777" w:rsidR="00B17D15" w:rsidRDefault="00B17D15"/>
        </w:tc>
      </w:tr>
    </w:tbl>
    <w:p w14:paraId="788AA2F6" w14:textId="77777777" w:rsidR="00B17D15" w:rsidRDefault="00D3306D">
      <w:pPr>
        <w:spacing w:after="400"/>
      </w:pPr>
      <w:r>
        <w:rPr>
          <w:i/>
          <w:sz w:val="18"/>
        </w:rPr>
        <w:t>*podatak o nazivu podnositelja biti će javno objavljen u Izviješću</w:t>
      </w:r>
    </w:p>
    <w:p w14:paraId="799AA091" w14:textId="77777777" w:rsidR="00B17D15" w:rsidRDefault="00D3306D">
      <w:pPr>
        <w:spacing w:after="120"/>
      </w:pPr>
      <w:r>
        <w:rPr>
          <w:b/>
          <w:sz w:val="24"/>
        </w:rPr>
        <w:t>PRIJEDLOZI, PRIMJEDBE I MIŠLJENJA:</w:t>
      </w:r>
    </w:p>
    <w:tbl>
      <w:tblPr>
        <w:tblW w:w="0" w:type="auto"/>
        <w:jc w:val="center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ook w:val="04A0" w:firstRow="1" w:lastRow="0" w:firstColumn="1" w:lastColumn="0" w:noHBand="0" w:noVBand="1"/>
      </w:tblPr>
      <w:tblGrid>
        <w:gridCol w:w="1728"/>
        <w:gridCol w:w="3312"/>
        <w:gridCol w:w="4320"/>
      </w:tblGrid>
      <w:tr w:rsidR="00B17D15" w14:paraId="05F48CF5" w14:textId="77777777" w:rsidTr="001D3799">
        <w:trPr>
          <w:jc w:val="center"/>
        </w:trPr>
        <w:tc>
          <w:tcPr>
            <w:tcW w:w="1728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3C0ECC7E" w14:textId="77777777" w:rsidR="00B17D15" w:rsidRPr="001D3799" w:rsidRDefault="00D3306D">
            <w:pPr>
              <w:jc w:val="center"/>
              <w:rPr>
                <w:color w:val="auto"/>
              </w:rPr>
            </w:pPr>
            <w:r w:rsidRPr="001D3799">
              <w:rPr>
                <w:b/>
                <w:color w:val="auto"/>
                <w:sz w:val="20"/>
              </w:rPr>
              <w:t>ČLANAK</w:t>
            </w:r>
          </w:p>
        </w:tc>
        <w:tc>
          <w:tcPr>
            <w:tcW w:w="3312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1EC7D451" w14:textId="77777777" w:rsidR="00B17D15" w:rsidRPr="001D3799" w:rsidRDefault="00D3306D">
            <w:pPr>
              <w:jc w:val="center"/>
              <w:rPr>
                <w:color w:val="auto"/>
              </w:rPr>
            </w:pPr>
            <w:r w:rsidRPr="001D3799">
              <w:rPr>
                <w:b/>
                <w:color w:val="auto"/>
                <w:sz w:val="20"/>
              </w:rPr>
              <w:t>TEKST ČLANKA</w:t>
            </w:r>
          </w:p>
        </w:tc>
        <w:tc>
          <w:tcPr>
            <w:tcW w:w="4320" w:type="dxa"/>
            <w:tcMar>
              <w:top w:w="140" w:type="dxa"/>
              <w:left w:w="120" w:type="dxa"/>
              <w:bottom w:w="140" w:type="dxa"/>
              <w:right w:w="120" w:type="dxa"/>
            </w:tcMar>
          </w:tcPr>
          <w:p w14:paraId="7328F965" w14:textId="77777777" w:rsidR="00B17D15" w:rsidRPr="001D3799" w:rsidRDefault="00D3306D">
            <w:pPr>
              <w:jc w:val="center"/>
              <w:rPr>
                <w:color w:val="auto"/>
              </w:rPr>
            </w:pPr>
            <w:r w:rsidRPr="001D3799">
              <w:rPr>
                <w:b/>
                <w:color w:val="auto"/>
                <w:sz w:val="20"/>
              </w:rPr>
              <w:t>PRIJEDLOG / PRIMJEDBA / MIŠLJENJE</w:t>
            </w:r>
          </w:p>
        </w:tc>
      </w:tr>
      <w:tr w:rsidR="00B17D15" w14:paraId="08D2F010" w14:textId="77777777">
        <w:trPr>
          <w:jc w:val="center"/>
        </w:trPr>
        <w:tc>
          <w:tcPr>
            <w:tcW w:w="1728" w:type="dxa"/>
            <w:tcMar>
              <w:top w:w="600" w:type="dxa"/>
              <w:left w:w="120" w:type="dxa"/>
              <w:bottom w:w="600" w:type="dxa"/>
              <w:right w:w="120" w:type="dxa"/>
            </w:tcMar>
          </w:tcPr>
          <w:p w14:paraId="11D050D3" w14:textId="77777777" w:rsidR="00B17D15" w:rsidRDefault="00B17D15"/>
        </w:tc>
        <w:tc>
          <w:tcPr>
            <w:tcW w:w="3312" w:type="dxa"/>
            <w:tcMar>
              <w:top w:w="600" w:type="dxa"/>
              <w:left w:w="120" w:type="dxa"/>
              <w:bottom w:w="600" w:type="dxa"/>
              <w:right w:w="120" w:type="dxa"/>
            </w:tcMar>
          </w:tcPr>
          <w:p w14:paraId="7FB95C81" w14:textId="77777777" w:rsidR="00B17D15" w:rsidRDefault="00B17D15"/>
        </w:tc>
        <w:tc>
          <w:tcPr>
            <w:tcW w:w="4320" w:type="dxa"/>
            <w:tcMar>
              <w:top w:w="600" w:type="dxa"/>
              <w:left w:w="120" w:type="dxa"/>
              <w:bottom w:w="600" w:type="dxa"/>
              <w:right w:w="120" w:type="dxa"/>
            </w:tcMar>
          </w:tcPr>
          <w:p w14:paraId="051EC75D" w14:textId="77777777" w:rsidR="00B17D15" w:rsidRDefault="00B17D15"/>
        </w:tc>
      </w:tr>
      <w:tr w:rsidR="00B17D15" w14:paraId="0359F942" w14:textId="77777777">
        <w:trPr>
          <w:jc w:val="center"/>
        </w:trPr>
        <w:tc>
          <w:tcPr>
            <w:tcW w:w="1728" w:type="dxa"/>
            <w:tcMar>
              <w:top w:w="600" w:type="dxa"/>
              <w:left w:w="120" w:type="dxa"/>
              <w:bottom w:w="600" w:type="dxa"/>
              <w:right w:w="120" w:type="dxa"/>
            </w:tcMar>
          </w:tcPr>
          <w:p w14:paraId="1F504EE9" w14:textId="77777777" w:rsidR="00B17D15" w:rsidRDefault="00B17D15"/>
        </w:tc>
        <w:tc>
          <w:tcPr>
            <w:tcW w:w="3312" w:type="dxa"/>
            <w:tcMar>
              <w:top w:w="600" w:type="dxa"/>
              <w:left w:w="120" w:type="dxa"/>
              <w:bottom w:w="600" w:type="dxa"/>
              <w:right w:w="120" w:type="dxa"/>
            </w:tcMar>
          </w:tcPr>
          <w:p w14:paraId="66F003DA" w14:textId="77777777" w:rsidR="00B17D15" w:rsidRDefault="00B17D15"/>
        </w:tc>
        <w:tc>
          <w:tcPr>
            <w:tcW w:w="4320" w:type="dxa"/>
            <w:tcMar>
              <w:top w:w="600" w:type="dxa"/>
              <w:left w:w="120" w:type="dxa"/>
              <w:bottom w:w="600" w:type="dxa"/>
              <w:right w:w="120" w:type="dxa"/>
            </w:tcMar>
          </w:tcPr>
          <w:p w14:paraId="20D0BFC7" w14:textId="77777777" w:rsidR="00B17D15" w:rsidRDefault="00B17D15"/>
        </w:tc>
      </w:tr>
      <w:tr w:rsidR="00B17D15" w14:paraId="2EBBAFB6" w14:textId="77777777">
        <w:trPr>
          <w:jc w:val="center"/>
        </w:trPr>
        <w:tc>
          <w:tcPr>
            <w:tcW w:w="1728" w:type="dxa"/>
            <w:tcMar>
              <w:top w:w="600" w:type="dxa"/>
              <w:left w:w="120" w:type="dxa"/>
              <w:bottom w:w="600" w:type="dxa"/>
              <w:right w:w="120" w:type="dxa"/>
            </w:tcMar>
          </w:tcPr>
          <w:p w14:paraId="2DBC02CA" w14:textId="77777777" w:rsidR="00B17D15" w:rsidRDefault="00B17D15"/>
        </w:tc>
        <w:tc>
          <w:tcPr>
            <w:tcW w:w="3312" w:type="dxa"/>
            <w:tcMar>
              <w:top w:w="600" w:type="dxa"/>
              <w:left w:w="120" w:type="dxa"/>
              <w:bottom w:w="600" w:type="dxa"/>
              <w:right w:w="120" w:type="dxa"/>
            </w:tcMar>
          </w:tcPr>
          <w:p w14:paraId="20C3C07F" w14:textId="77777777" w:rsidR="00B17D15" w:rsidRDefault="00B17D15"/>
        </w:tc>
        <w:tc>
          <w:tcPr>
            <w:tcW w:w="4320" w:type="dxa"/>
            <w:tcMar>
              <w:top w:w="600" w:type="dxa"/>
              <w:left w:w="120" w:type="dxa"/>
              <w:bottom w:w="600" w:type="dxa"/>
              <w:right w:w="120" w:type="dxa"/>
            </w:tcMar>
          </w:tcPr>
          <w:p w14:paraId="10BC9C0F" w14:textId="77777777" w:rsidR="00B17D15" w:rsidRDefault="00B17D15"/>
        </w:tc>
      </w:tr>
      <w:tr w:rsidR="002D3EC2" w14:paraId="12298489" w14:textId="77777777">
        <w:trPr>
          <w:jc w:val="center"/>
        </w:trPr>
        <w:tc>
          <w:tcPr>
            <w:tcW w:w="1728" w:type="dxa"/>
            <w:tcMar>
              <w:top w:w="600" w:type="dxa"/>
              <w:left w:w="120" w:type="dxa"/>
              <w:bottom w:w="600" w:type="dxa"/>
              <w:right w:w="120" w:type="dxa"/>
            </w:tcMar>
          </w:tcPr>
          <w:p w14:paraId="6BEF6EC5" w14:textId="77777777" w:rsidR="002D3EC2" w:rsidRDefault="002D3EC2"/>
        </w:tc>
        <w:tc>
          <w:tcPr>
            <w:tcW w:w="3312" w:type="dxa"/>
            <w:tcMar>
              <w:top w:w="600" w:type="dxa"/>
              <w:left w:w="120" w:type="dxa"/>
              <w:bottom w:w="600" w:type="dxa"/>
              <w:right w:w="120" w:type="dxa"/>
            </w:tcMar>
          </w:tcPr>
          <w:p w14:paraId="5B795F98" w14:textId="77777777" w:rsidR="002D3EC2" w:rsidRDefault="002D3EC2"/>
        </w:tc>
        <w:tc>
          <w:tcPr>
            <w:tcW w:w="4320" w:type="dxa"/>
            <w:tcMar>
              <w:top w:w="600" w:type="dxa"/>
              <w:left w:w="120" w:type="dxa"/>
              <w:bottom w:w="600" w:type="dxa"/>
              <w:right w:w="120" w:type="dxa"/>
            </w:tcMar>
          </w:tcPr>
          <w:p w14:paraId="5A5536F0" w14:textId="77777777" w:rsidR="002D3EC2" w:rsidRDefault="002D3EC2"/>
        </w:tc>
      </w:tr>
      <w:tr w:rsidR="002D3EC2" w14:paraId="69AC4EE9" w14:textId="77777777">
        <w:trPr>
          <w:jc w:val="center"/>
        </w:trPr>
        <w:tc>
          <w:tcPr>
            <w:tcW w:w="1728" w:type="dxa"/>
            <w:tcMar>
              <w:top w:w="600" w:type="dxa"/>
              <w:left w:w="120" w:type="dxa"/>
              <w:bottom w:w="600" w:type="dxa"/>
              <w:right w:w="120" w:type="dxa"/>
            </w:tcMar>
          </w:tcPr>
          <w:p w14:paraId="1A853751" w14:textId="77777777" w:rsidR="002D3EC2" w:rsidRDefault="002D3EC2"/>
        </w:tc>
        <w:tc>
          <w:tcPr>
            <w:tcW w:w="3312" w:type="dxa"/>
            <w:tcMar>
              <w:top w:w="600" w:type="dxa"/>
              <w:left w:w="120" w:type="dxa"/>
              <w:bottom w:w="600" w:type="dxa"/>
              <w:right w:w="120" w:type="dxa"/>
            </w:tcMar>
          </w:tcPr>
          <w:p w14:paraId="03A7E4A3" w14:textId="77777777" w:rsidR="002D3EC2" w:rsidRDefault="002D3EC2"/>
        </w:tc>
        <w:tc>
          <w:tcPr>
            <w:tcW w:w="4320" w:type="dxa"/>
            <w:tcMar>
              <w:top w:w="600" w:type="dxa"/>
              <w:left w:w="120" w:type="dxa"/>
              <w:bottom w:w="600" w:type="dxa"/>
              <w:right w:w="120" w:type="dxa"/>
            </w:tcMar>
          </w:tcPr>
          <w:p w14:paraId="5AFAFC42" w14:textId="77777777" w:rsidR="002D3EC2" w:rsidRDefault="002D3EC2"/>
        </w:tc>
      </w:tr>
    </w:tbl>
    <w:p w14:paraId="71509ECC" w14:textId="77777777" w:rsidR="00B17D15" w:rsidRDefault="00D3306D">
      <w:pPr>
        <w:spacing w:before="600"/>
      </w:pPr>
      <w:r>
        <w:rPr>
          <w:sz w:val="20"/>
        </w:rPr>
        <w:t>U ______________, dana ______________ 20___. godine.</w:t>
      </w:r>
      <w:r>
        <w:rPr>
          <w:sz w:val="20"/>
        </w:rPr>
        <w:br/>
      </w:r>
      <w:r>
        <w:rPr>
          <w:sz w:val="20"/>
        </w:rPr>
        <w:br/>
      </w:r>
      <w:r>
        <w:rPr>
          <w:sz w:val="20"/>
        </w:rPr>
        <w:br/>
      </w:r>
      <w:r>
        <w:rPr>
          <w:sz w:val="20"/>
        </w:rPr>
        <w:br/>
      </w:r>
    </w:p>
    <w:p w14:paraId="3CE8F577" w14:textId="77777777" w:rsidR="00B17D15" w:rsidRDefault="00D3306D">
      <w:pPr>
        <w:jc w:val="right"/>
      </w:pPr>
      <w:r>
        <w:rPr>
          <w:sz w:val="20"/>
        </w:rPr>
        <w:t xml:space="preserve">_______________________________ </w:t>
      </w:r>
      <w:r>
        <w:rPr>
          <w:sz w:val="20"/>
        </w:rPr>
        <w:br/>
        <w:t>Potpis podnositelja / ovlaštene osobe</w:t>
      </w:r>
    </w:p>
    <w:sectPr w:rsidR="00B17D15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53054942">
    <w:abstractNumId w:val="8"/>
  </w:num>
  <w:num w:numId="2" w16cid:durableId="42291956">
    <w:abstractNumId w:val="6"/>
  </w:num>
  <w:num w:numId="3" w16cid:durableId="1568228007">
    <w:abstractNumId w:val="5"/>
  </w:num>
  <w:num w:numId="4" w16cid:durableId="513541702">
    <w:abstractNumId w:val="4"/>
  </w:num>
  <w:num w:numId="5" w16cid:durableId="869492041">
    <w:abstractNumId w:val="7"/>
  </w:num>
  <w:num w:numId="6" w16cid:durableId="1139686843">
    <w:abstractNumId w:val="3"/>
  </w:num>
  <w:num w:numId="7" w16cid:durableId="1199583321">
    <w:abstractNumId w:val="2"/>
  </w:num>
  <w:num w:numId="8" w16cid:durableId="510418513">
    <w:abstractNumId w:val="1"/>
  </w:num>
  <w:num w:numId="9" w16cid:durableId="3834139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D3799"/>
    <w:rsid w:val="0029639D"/>
    <w:rsid w:val="002D3EC2"/>
    <w:rsid w:val="00326F90"/>
    <w:rsid w:val="007B5138"/>
    <w:rsid w:val="00AA1D8D"/>
    <w:rsid w:val="00B17D15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360519"/>
  <w14:defaultImageDpi w14:val="300"/>
  <w15:docId w15:val="{0093A65E-C347-449F-9D2E-ECDAD592C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color w:val="333333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Hrvatski badmintonski savez OIB 15918238976</cp:lastModifiedBy>
  <cp:revision>3</cp:revision>
  <dcterms:created xsi:type="dcterms:W3CDTF">2026-09-22T10:52:00Z</dcterms:created>
  <dcterms:modified xsi:type="dcterms:W3CDTF">2026-09-22T10:57:00Z</dcterms:modified>
  <cp:category/>
</cp:coreProperties>
</file>